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ABTRETUNGSERKLÄRUNG DER RENTENVERSICHERUNG</w:t>
      </w:r>
    </w:p>
    <w:p/>
    <w:p>
      <w:r>
        <w:rPr>
          <w:b/>
          <w:sz w:val="20"/>
        </w:rPr>
        <w:t>Abtretender (Zedent):</w:t>
      </w:r>
    </w:p>
    <w:p>
      <w:r>
        <w:rPr>
          <w:b w:val="0"/>
          <w:sz w:val="20"/>
        </w:rPr>
        <w:t>Name: _____________________________________________________________</w:t>
      </w:r>
    </w:p>
    <w:p>
      <w:r>
        <w:rPr>
          <w:b w:val="0"/>
          <w:sz w:val="20"/>
        </w:rPr>
        <w:t>Anschrift: ________________________________________________________</w:t>
      </w:r>
    </w:p>
    <w:p>
      <w:r>
        <w:rPr>
          <w:b w:val="0"/>
          <w:sz w:val="20"/>
        </w:rPr>
        <w:t>Geburtsdatum: ____________________________________________________</w:t>
      </w:r>
    </w:p>
    <w:p/>
    <w:p>
      <w:r>
        <w:rPr>
          <w:b/>
          <w:sz w:val="20"/>
        </w:rPr>
        <w:t>Abtretungsempfänger (Zessionar):</w:t>
      </w:r>
    </w:p>
    <w:p>
      <w:r>
        <w:rPr>
          <w:b w:val="0"/>
          <w:sz w:val="20"/>
        </w:rPr>
        <w:t>Name / Firma: _____________________________________________________</w:t>
      </w:r>
    </w:p>
    <w:p>
      <w:r>
        <w:rPr>
          <w:b w:val="0"/>
          <w:sz w:val="20"/>
        </w:rPr>
        <w:t>Anschrift: ________________________________________________________</w:t>
      </w:r>
    </w:p>
    <w:p/>
    <w:p>
      <w:r>
        <w:rPr>
          <w:b/>
          <w:sz w:val="20"/>
        </w:rPr>
        <w:t>Angaben zur Rentenversicherung:</w:t>
      </w:r>
    </w:p>
    <w:p>
      <w:r>
        <w:rPr>
          <w:b w:val="0"/>
          <w:sz w:val="20"/>
        </w:rPr>
        <w:t>Versicherungsnummer: ______________________________________________</w:t>
      </w:r>
    </w:p>
    <w:p>
      <w:r>
        <w:rPr>
          <w:b w:val="0"/>
          <w:sz w:val="20"/>
        </w:rPr>
        <w:t>Versicherungsträger: _______________________________________________</w:t>
      </w:r>
    </w:p>
    <w:p/>
    <w:p>
      <w:r>
        <w:rPr>
          <w:b/>
          <w:sz w:val="20"/>
        </w:rPr>
        <w:t>§ 1 – Abtretungserklärung</w:t>
      </w:r>
    </w:p>
    <w:p>
      <w:r>
        <w:rPr>
          <w:b w:val="0"/>
          <w:sz w:val="20"/>
        </w:rPr>
        <w:t>Hiermit tritt der Abtretende seine gegenwärtigen und zukünftigen Ansprüche aus der oben genannten Rentenversicherung vollständig und unwiderruflich an den Abtretungsempfänger ab. Dies umfasst insbesondere alle Rentenzahlungen, Rückkaufswerte sowie etwaige sonstige Leistungen, die aus dem Versicherungsvertrag resultieren.</w:t>
      </w:r>
    </w:p>
    <w:p/>
    <w:p>
      <w:r>
        <w:rPr>
          <w:b/>
          <w:sz w:val="20"/>
        </w:rPr>
        <w:t>§ 2 – Wirkungen der Abtretung</w:t>
      </w:r>
    </w:p>
    <w:p>
      <w:r>
        <w:rPr>
          <w:b w:val="0"/>
          <w:sz w:val="20"/>
        </w:rPr>
        <w:t>Der Abtretungsempfänger ist berechtigt, sämtliche Rechte aus dem Versicherungsvertrag unmittelbar gegenüber dem Versicherungsträger geltend zu machen und Zahlungen in Empfang zu nehmen. Der Abtretende verpflichtet sich, alle zur Durchsetzung der Abtretung notwendigen Erklärungen abzugeben und Handlungen vorzunehmen.</w:t>
      </w:r>
    </w:p>
    <w:p/>
    <w:p>
      <w:r>
        <w:rPr>
          <w:b/>
          <w:sz w:val="20"/>
        </w:rPr>
        <w:t>§ 3 – Salvatorische Klausel</w:t>
      </w:r>
    </w:p>
    <w:p>
      <w:r>
        <w:rPr>
          <w:b w:val="0"/>
          <w:sz w:val="20"/>
        </w:rPr>
        <w:t>Sollten einzelne Bestimmungen dieser Abtretungserklärung unwirksam oder undurchführbar sein oder werden, so bleibt die Wirksamkeit der übrigen Bestimmungen unberührt. Anstelle der unwirksamen Bestimmung gilt eine Regelung, die dem wirtschaftlichen Zweck am nächsten kommt.</w:t>
      </w:r>
    </w:p>
    <w:p/>
    <w:p>
      <w:r>
        <w:rPr>
          <w:b/>
          <w:sz w:val="20"/>
        </w:rPr>
        <w:t>§ 4 – Schlussbestimmungen</w:t>
      </w:r>
    </w:p>
    <w:p>
      <w:r>
        <w:rPr>
          <w:b w:val="0"/>
          <w:sz w:val="20"/>
        </w:rPr>
        <w:t>Diese Abtretungserklärung erfolgt freiwillig und rechtsverbindlich. Beide Parteien bestätigen, dass sie den Inhalt verstanden haben und mit den Bedingungen einverstanden sind.</w:t>
      </w:r>
    </w:p>
    <w:p/>
    <w:p/>
    <w:p>
      <w:r>
        <w:rPr>
          <w:b w:val="0"/>
          <w:sz w:val="20"/>
        </w:rPr>
        <w:t>Ort: _______________________________________________________________</w:t>
      </w:r>
    </w:p>
    <w:p>
      <w:r>
        <w:rPr>
          <w:b w:val="0"/>
          <w:sz w:val="20"/>
        </w:rPr>
        <w:t>Datum: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Abtretender (Zedent)</w:t>
            </w:r>
          </w:p>
        </w:tc>
        <w:tc>
          <w:tcPr>
            <w:tcW w:type="dxa" w:w="4986"/>
            <w:tcBorders>
              <w:top w:val="nil"/>
              <w:left w:val="nil"/>
              <w:bottom w:val="nil"/>
              <w:right w:val="nil"/>
              <w:insideH w:val="nil"/>
              <w:insideV w:val="nil"/>
            </w:tcBorders>
          </w:tcPr>
          <w:p>
            <w:pPr>
              <w:jc w:val="center"/>
            </w:pPr>
            <w:r>
              <w:t>Abtretungsempfänger (Zessionar)</w:t>
            </w:r>
          </w:p>
        </w:tc>
      </w:tr>
      <w:tr>
        <w:tc>
          <w:tcPr>
            <w:tcW w:type="dxa" w:w="4986"/>
            <w:tcBorders>
              <w:top w:val="nil"/>
              <w:left w:val="nil"/>
              <w:bottom w:val="nil"/>
              <w:right w:val="nil"/>
              <w:insideH w:val="nil"/>
              <w:insideV w:val="nil"/>
            </w:tcBorders>
          </w:tcPr>
          <w:p>
            <w:pPr>
              <w:jc w:val="center"/>
            </w:pPr>
            <w:r>
              <w:br/>
              <w:br/>
              <w:t>Unterschrift: ___________________________</w:t>
            </w:r>
          </w:p>
        </w:tc>
        <w:tc>
          <w:tcPr>
            <w:tcW w:type="dxa" w:w="4986"/>
            <w:tcBorders>
              <w:top w:val="nil"/>
              <w:left w:val="nil"/>
              <w:bottom w:val="nil"/>
              <w:right w:val="nil"/>
              <w:insideH w:val="nil"/>
              <w:insideV w:val="nil"/>
            </w:tcBorders>
          </w:tcPr>
          <w:p>
            <w:pPr>
              <w:jc w:val="center"/>
            </w:pPr>
            <w:r>
              <w:br/>
              <w:br/>
              <w:t>Unterschrift: 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https://versicherungen-experte.com/abtretungserklarung-rentenversicherung/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https://versicherungen-experte.com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versicherungen-experte.com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sicherungen-experte.com/abtretungserklarung-rentenversicherung/" TargetMode="External"/><Relationship Id="rId10" Type="http://schemas.openxmlformats.org/officeDocument/2006/relationships/hyperlink" Target="https://versicherung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