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AUFSTELLUNG DER EIGENLEISTUNG UND VERSICHERUNG</w:t>
      </w:r>
    </w:p>
    <w:p/>
    <w:p/>
    <w:p>
      <w:r>
        <w:rPr>
          <w:b/>
          <w:sz w:val="20"/>
        </w:rPr>
        <w:t>Auftraggeber: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</w:t>
      </w:r>
    </w:p>
    <w:p/>
    <w:p>
      <w:r>
        <w:rPr>
          <w:b/>
          <w:sz w:val="20"/>
        </w:rPr>
        <w:t>Auftragnehmer / Eigenleister: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</w:t>
      </w:r>
    </w:p>
    <w:p/>
    <w:p>
      <w:r>
        <w:rPr>
          <w:b/>
          <w:sz w:val="20"/>
        </w:rPr>
        <w:t>Projekt / Bauvorhaben:</w:t>
      </w:r>
    </w:p>
    <w:p>
      <w:r>
        <w:rPr>
          <w:b w:val="0"/>
          <w:sz w:val="20"/>
        </w:rPr>
        <w:t>Adresse / Lage: ______________________________________________________</w:t>
      </w:r>
    </w:p>
    <w:p/>
    <w:p>
      <w:r>
        <w:rPr>
          <w:b/>
          <w:sz w:val="20"/>
        </w:rPr>
        <w:t>Aufstellung der Eigenleistungen: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Leistungsbeschreibung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Menge / Umfang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Einheit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Wert (EUR)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0"/>
        </w:rPr>
        <w:t>Versicherungsschutz:</w:t>
      </w:r>
    </w:p>
    <w:p>
      <w:r>
        <w:rPr>
          <w:b w:val="0"/>
          <w:sz w:val="20"/>
        </w:rPr>
        <w:t>Versicherungsgesellschaft: _____________________________________________</w:t>
      </w:r>
    </w:p>
    <w:p>
      <w:r>
        <w:rPr>
          <w:b w:val="0"/>
          <w:sz w:val="20"/>
        </w:rPr>
        <w:t>Versicherungsnummer: _________________________________________________</w:t>
      </w:r>
    </w:p>
    <w:p>
      <w:r>
        <w:rPr>
          <w:b w:val="0"/>
          <w:sz w:val="20"/>
        </w:rPr>
        <w:t>Art der Versicherung: _________________________________________________</w:t>
      </w:r>
    </w:p>
    <w:p>
      <w:r>
        <w:rPr>
          <w:b w:val="0"/>
          <w:sz w:val="20"/>
        </w:rPr>
        <w:t>Versicherungsumfang (z.B. Haftpflicht, Bauwesen, Unfall): ________________</w:t>
      </w:r>
    </w:p>
    <w:p>
      <w:r>
        <w:rPr>
          <w:b w:val="0"/>
          <w:sz w:val="20"/>
        </w:rPr>
        <w:t>Laufzeit / Gültigkeit: ________________________________________________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Hiermit bestätige ich, dass die oben aufgeführten Eigenleistungen vollständig und wahrheitsgemäß angegeben wurden und entsprechend versichert sind.</w:t>
      </w:r>
    </w:p>
    <w:p/>
    <w:p/>
    <w:p>
      <w:r>
        <w:rPr>
          <w:b w:val="0"/>
          <w:sz w:val="20"/>
        </w:rPr>
        <w:t>Ort: ______________________________________    Datum: 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/ Eigenleister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Blockschrift: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Blockschrift: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https://versicherungen-experte.com/aufstellung-eigenleistung-versicherung/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aufstellung-eigenleistung-versicherung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