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KÜNDIGUNG MEINES VERSICHERUNGSVERTRAGS</w:t>
      </w:r>
    </w:p>
    <w:p/>
    <w:p/>
    <w:p>
      <w:r>
        <w:rPr>
          <w:b/>
          <w:sz w:val="22"/>
        </w:rPr>
        <w:t>Barmenia Versicherungen</w:t>
      </w:r>
    </w:p>
    <w:p>
      <w:r>
        <w:rPr>
          <w:b w:val="0"/>
          <w:sz w:val="22"/>
        </w:rPr>
        <w:t>Barmenia-Allee 1</w:t>
      </w:r>
    </w:p>
    <w:p>
      <w:r>
        <w:rPr>
          <w:b w:val="0"/>
          <w:sz w:val="22"/>
        </w:rPr>
        <w:t>42119 Wuppertal</w:t>
      </w:r>
    </w:p>
    <w:p/>
    <w:p/>
    <w:p>
      <w:r>
        <w:rPr>
          <w:b/>
          <w:sz w:val="22"/>
        </w:rPr>
        <w:t>Versicherungsnehmer:</w:t>
      </w:r>
    </w:p>
    <w:p>
      <w:r>
        <w:rPr>
          <w:b w:val="0"/>
          <w:sz w:val="22"/>
        </w:rPr>
        <w:t>Name: _____________________________________________________________</w:t>
      </w:r>
    </w:p>
    <w:p>
      <w:r>
        <w:rPr>
          <w:b w:val="0"/>
          <w:sz w:val="22"/>
        </w:rPr>
        <w:t>Adresse: ___________________________________________________________</w:t>
      </w:r>
    </w:p>
    <w:p>
      <w:r>
        <w:rPr>
          <w:b w:val="0"/>
          <w:sz w:val="22"/>
        </w:rPr>
        <w:t>Versicherungsnummer: _______________________________________________</w:t>
      </w:r>
    </w:p>
    <w:p/>
    <w:p/>
    <w:p>
      <w:r>
        <w:rPr>
          <w:b/>
          <w:sz w:val="22"/>
        </w:rPr>
        <w:t>Kündigung des Versicherungsvertrags</w:t>
      </w:r>
    </w:p>
    <w:p/>
    <w:p>
      <w:r>
        <w:rPr>
          <w:b w:val="0"/>
          <w:sz w:val="22"/>
        </w:rPr>
        <w:t>Sehr geehrte Damen und Herren,</w:t>
      </w:r>
    </w:p>
    <w:p/>
    <w:p>
      <w:r>
        <w:rPr>
          <w:b w:val="0"/>
          <w:sz w:val="22"/>
        </w:rPr>
        <w:t>hiermit kündige ich meinen bei Ihnen bestehenden Versicherungsvertrag mit der oben genannten Versicherungsnummer ordentlich zum nächstmöglichen Zeitpunkt. Bitte bestätigen Sie mir schriftlich den Erhalt dieser Kündigung sowie das Datum der Beendigung des Vertragsverhältnisses.</w:t>
      </w:r>
    </w:p>
    <w:p/>
    <w:p>
      <w:r>
        <w:rPr>
          <w:b w:val="0"/>
          <w:sz w:val="22"/>
        </w:rPr>
        <w:t>Ich bitte Sie, mir eine schriftliche Kündigungsbestätigung zukommen zu lassen und keine weiteren Beiträge nach Beendigungsdatum einzuziehen.</w:t>
      </w:r>
    </w:p>
    <w:p/>
    <w:p/>
    <w:p>
      <w:r>
        <w:rPr>
          <w:b w:val="0"/>
          <w:sz w:val="22"/>
        </w:rPr>
        <w:t>Mit freundlichen Grüßen</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Ort</w:t>
            </w:r>
          </w:p>
        </w:tc>
        <w:tc>
          <w:tcPr>
            <w:tcW w:type="dxa" w:w="4986"/>
            <w:tcBorders>
              <w:top w:val="nil"/>
              <w:left w:val="nil"/>
              <w:bottom w:val="nil"/>
              <w:right w:val="nil"/>
              <w:insideH w:val="nil"/>
              <w:insideV w:val="nil"/>
            </w:tcBorders>
          </w:tcPr>
          <w:p>
            <w:pPr>
              <w:jc w:val="center"/>
            </w:pPr>
            <w:r>
              <w:t>Datum</w:t>
            </w:r>
          </w:p>
        </w:tc>
      </w:tr>
      <w:tr>
        <w:tc>
          <w:tcPr>
            <w:tcW w:type="dxa" w:w="4986"/>
            <w:tcBorders>
              <w:top w:val="nil"/>
              <w:left w:val="nil"/>
              <w:bottom w:val="nil"/>
              <w:right w:val="nil"/>
              <w:insideH w:val="nil"/>
              <w:insideV w:val="nil"/>
            </w:tcBorders>
          </w:tcPr>
          <w:p>
            <w:pPr>
              <w:jc w:val="center"/>
            </w:pPr>
            <w:r/>
          </w:p>
        </w:tc>
        <w:tc>
          <w:tcPr>
            <w:tcW w:type="dxa" w:w="4986"/>
            <w:tcBorders>
              <w:top w:val="nil"/>
              <w:left w:val="nil"/>
              <w:bottom w:val="nil"/>
              <w:right w:val="nil"/>
              <w:insideH w:val="nil"/>
              <w:insideV w:val="nil"/>
            </w:tcBorders>
          </w:tcPr>
          <w:p>
            <w:pPr>
              <w:jc w:val="center"/>
            </w:pPr>
            <w:r/>
          </w:p>
        </w:tc>
      </w:tr>
    </w:tbl>
    <w:p/>
    <w:p/>
    <w:p/>
    <w:p>
      <w:r>
        <w:rPr>
          <w:b/>
          <w:sz w:val="22"/>
        </w:rPr>
        <w:t>Unterschrift:</w:t>
      </w:r>
    </w:p>
    <w:p>
      <w:r>
        <w:rPr>
          <w:b w:val="0"/>
          <w:sz w:val="22"/>
        </w:rPr>
        <w:t>______________________________________________________________</w:t>
      </w:r>
    </w:p>
    <w:p>
      <w:r>
        <w:br w:type="page"/>
      </w:r>
    </w:p>
    <w:p>
      <w:pPr>
        <w:jc w:val="center"/>
      </w:pPr>
      <w:r>
        <w:rPr>
          <w:color w:val="555555"/>
          <w:sz w:val="24"/>
        </w:rPr>
        <w:t>Originalquelle dieses Dokuments:</w:t>
      </w:r>
    </w:p>
    <w:p>
      <w:pPr>
        <w:jc w:val="center"/>
      </w:pPr>
      <w:hyperlink r:id="rId9">
        <w:r>
          <w:rPr>
            <w:color w:val="0000FF"/>
            <w:u w:val="single"/>
          </w:rPr>
          <w:t>https://versicherungen-experte.com/barmenia-kundigung/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https://versicherungen-experte.com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versicherungen-experte.com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sicherungen-experte.com/barmenia-kundigung/" TargetMode="External"/><Relationship Id="rId10" Type="http://schemas.openxmlformats.org/officeDocument/2006/relationships/hyperlink" Target="https://versicher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