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MITGLIEDSBEITRAGSBRIEF</w:t>
      </w:r>
    </w:p>
    <w:p/>
    <w:p/>
    <w:p>
      <w:r>
        <w:rPr>
          <w:b w:val="0"/>
          <w:sz w:val="22"/>
        </w:rPr>
        <w:t>Name des Mitglieds:</w:t>
      </w:r>
    </w:p>
    <w:p>
      <w:r>
        <w:rPr>
          <w:b w:val="0"/>
          <w:sz w:val="22"/>
        </w:rPr>
        <w:t>Straße und Hausnummer:</w:t>
      </w:r>
    </w:p>
    <w:p>
      <w:r>
        <w:rPr>
          <w:b w:val="0"/>
          <w:sz w:val="22"/>
        </w:rPr>
        <w:t>PLZ und Ort: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Mitteilung zum Mitgliedsbeitrag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möchten wir Sie darüber informieren, dass der Mitgliedsbeitrag für das laufende Kalenderjahr fällig ist.</w:t>
      </w:r>
    </w:p>
    <w:p>
      <w:r>
        <w:rPr>
          <w:b w:val="0"/>
          <w:sz w:val="22"/>
        </w:rPr>
        <w:t>Der Beitrag beträgt EUR ________________________________ und ist bitte bis zum ________________________________ auf das unten angegebene Konto zu überweisen.</w:t>
      </w:r>
    </w:p>
    <w:p/>
    <w:p>
      <w:r>
        <w:rPr>
          <w:b w:val="0"/>
          <w:sz w:val="22"/>
        </w:rPr>
        <w:t>Unsere Bankverbindung:</w:t>
      </w:r>
    </w:p>
    <w:p>
      <w:r>
        <w:rPr>
          <w:b w:val="0"/>
          <w:sz w:val="22"/>
        </w:rPr>
        <w:t>Kontoinhaber: ________________________________________________</w:t>
      </w:r>
    </w:p>
    <w:p>
      <w:r>
        <w:rPr>
          <w:b w:val="0"/>
          <w:sz w:val="22"/>
        </w:rPr>
        <w:t>IBAN: _______________________________________________________</w:t>
      </w:r>
    </w:p>
    <w:p>
      <w:r>
        <w:rPr>
          <w:b w:val="0"/>
          <w:sz w:val="22"/>
        </w:rPr>
        <w:t>BIC: _________________________________________________________</w:t>
      </w:r>
    </w:p>
    <w:p>
      <w:r>
        <w:rPr>
          <w:b w:val="0"/>
          <w:sz w:val="22"/>
        </w:rPr>
        <w:t>Bankinstitut: _________________________________________________</w:t>
      </w:r>
    </w:p>
    <w:p/>
    <w:p>
      <w:r>
        <w:rPr>
          <w:b w:val="0"/>
          <w:sz w:val="22"/>
        </w:rPr>
        <w:t>Bitte geben Sie bei der Überweisung unbedingt Ihren Namen und Ihre Mitgliedsnummer an, damit wir die Zahlung korrekt zuordnen können.</w:t>
      </w:r>
    </w:p>
    <w:p/>
    <w:p>
      <w:r>
        <w:rPr>
          <w:b w:val="0"/>
          <w:sz w:val="22"/>
        </w:rPr>
        <w:t>Sollten Sie Fragen zum Mitgliedsbeitrag oder zur Zahlung haben, stehen wir Ihnen jederzeit gerne zur Verfügung.</w:t>
      </w:r>
    </w:p>
    <w:p/>
    <w:p>
      <w:r>
        <w:rPr>
          <w:b w:val="0"/>
          <w:sz w:val="22"/>
        </w:rPr>
        <w:t>Wir bedanken uns herzlich für Ihre Unterstützung und Ihr Engagement in unserem Verein.</w:t>
      </w:r>
    </w:p>
    <w:p/>
    <w:p/>
    <w:p>
      <w:r>
        <w:rPr>
          <w:b w:val="0"/>
          <w:sz w:val="22"/>
        </w:rPr>
        <w:t>Mit freundlichen Grüßen,</w:t>
      </w:r>
    </w:p>
    <w:p/>
    <w:p/>
    <w:p/>
    <w:p>
      <w:r>
        <w:rPr>
          <w:b w:val="0"/>
          <w:sz w:val="22"/>
        </w:rPr>
        <w:t>_________________________________</w:t>
      </w:r>
    </w:p>
    <w:p>
      <w:r>
        <w:rPr>
          <w:b w:val="0"/>
          <w:sz w:val="22"/>
        </w:rPr>
        <w:t>Name des Vereins / Absender</w:t>
      </w:r>
    </w:p>
    <w:p>
      <w:r>
        <w:rPr>
          <w:b w:val="0"/>
          <w:sz w:val="22"/>
        </w:rPr>
        <w:t>Straße und Hausnummer</w:t>
      </w:r>
    </w:p>
    <w:p>
      <w:r>
        <w:rPr>
          <w:b w:val="0"/>
          <w:sz w:val="22"/>
        </w:rPr>
        <w:t>PLZ und Ort</w:t>
      </w:r>
    </w:p>
    <w:p>
      <w:r>
        <w:rPr>
          <w:b w:val="0"/>
          <w:sz w:val="22"/>
        </w:rPr>
        <w:t>Telefon: _________________________</w:t>
      </w:r>
    </w:p>
    <w:p>
      <w:r>
        <w:rPr>
          <w:b w:val="0"/>
          <w:sz w:val="22"/>
        </w:rPr>
        <w:t>E-Mail: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Ort, Datum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https://versicherungen-experte.com/brief-mitgliedsbeitrag/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https://versicherungen-experte.com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versicherungen-experte.com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sicherungen-experte.com/brief-mitgliedsbeitrag/" TargetMode="External"/><Relationship Id="rId10" Type="http://schemas.openxmlformats.org/officeDocument/2006/relationships/hyperlink" Target="https://versicher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