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Kündigung meiner Versicherung bei der Continentale Versicherungsgruppe</w:t>
      </w:r>
    </w:p>
    <w:p/>
    <w:p/>
    <w:p>
      <w:r>
        <w:rPr>
          <w:b/>
          <w:sz w:val="22"/>
        </w:rPr>
        <w:t>Continentale Versicherungsgruppe</w:t>
      </w:r>
    </w:p>
    <w:p>
      <w:r>
        <w:rPr>
          <w:b w:val="0"/>
          <w:sz w:val="22"/>
        </w:rPr>
        <w:t>Continentale Krankenversicherung a.G.</w:t>
      </w:r>
    </w:p>
    <w:p>
      <w:r>
        <w:rPr>
          <w:b w:val="0"/>
          <w:sz w:val="22"/>
        </w:rPr>
        <w:t>Continentale Lebensversicherung AG</w:t>
      </w:r>
    </w:p>
    <w:p>
      <w:r>
        <w:rPr>
          <w:b w:val="0"/>
          <w:sz w:val="22"/>
        </w:rPr>
        <w:t>Continentale Sachversicherung AG</w:t>
      </w:r>
    </w:p>
    <w:p>
      <w:r>
        <w:rPr>
          <w:b w:val="0"/>
          <w:sz w:val="22"/>
        </w:rPr>
        <w:t>Raiffeisenstraße 1</w:t>
      </w:r>
    </w:p>
    <w:p>
      <w:r>
        <w:rPr>
          <w:b w:val="0"/>
          <w:sz w:val="22"/>
        </w:rPr>
        <w:t>44141 Dortmund</w:t>
      </w:r>
    </w:p>
    <w:p/>
    <w:p/>
    <w:p>
      <w:r>
        <w:rPr>
          <w:b/>
          <w:sz w:val="22"/>
        </w:rPr>
        <w:t>Name und Anschrift des Versicherungsnehmers: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Kündigung meiner Versicherung / Policen-Nr.: _________________________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kündige ich meine oben genannte Versicherung bei der Continentale Versicherungsgruppe ordentlich und fristgerecht zum nächstmöglichen Zeitpunkt. Bitte bestätigen Sie mir den Erhalt dieser Kündigung sowie das Vertragsende schriftlich.</w:t>
      </w:r>
    </w:p>
    <w:p/>
    <w:p>
      <w:r>
        <w:rPr>
          <w:b w:val="0"/>
          <w:sz w:val="22"/>
        </w:rPr>
        <w:t>Bitte sehen Sie zudem von weiteren Abbuchungen meiner Beiträge ab und bestätigen Sie mir die Löschung eventueller Lastschriftmandate im Zusammenhang mit diesem Vertrag.</w:t>
      </w:r>
    </w:p>
    <w:p/>
    <w:p/>
    <w:p>
      <w:r>
        <w:rPr>
          <w:b/>
          <w:sz w:val="22"/>
        </w:rPr>
        <w:t>Für Rückfragen stehe ich Ihnen unter folgenden Kontaktdaten zur Verfügung:</w:t>
      </w:r>
    </w:p>
    <w:p>
      <w:r>
        <w:rPr>
          <w:b w:val="0"/>
          <w:sz w:val="22"/>
        </w:rPr>
        <w:t>Telefon: _______________________</w:t>
      </w:r>
    </w:p>
    <w:p>
      <w:r>
        <w:rPr>
          <w:b w:val="0"/>
          <w:sz w:val="22"/>
        </w:rPr>
        <w:t>E-Mail: ________________________</w:t>
      </w:r>
    </w:p>
    <w:p/>
    <w:p/>
    <w:p>
      <w:r>
        <w:rPr>
          <w:b w:val="0"/>
          <w:sz w:val="22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Ort, Datum: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Versicherungsnehmer: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https://versicherungen-experte.com/continentale-versicherung-kundigen/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continentale-versicherung-kundigen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