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KÜNDIGUNG DES ARBEITSVERHÄLTNISSES</w:t>
      </w:r>
    </w:p>
    <w:p/>
    <w:p/>
    <w:p>
      <w:r>
        <w:rPr>
          <w:b/>
          <w:sz w:val="20"/>
        </w:rPr>
        <w:t>Absender:</w:t>
      </w:r>
    </w:p>
    <w:p>
      <w:r>
        <w:rPr>
          <w:b w:val="0"/>
          <w:sz w:val="20"/>
        </w:rPr>
        <w:t>Name: ________________________________________________________________</w:t>
      </w:r>
    </w:p>
    <w:p>
      <w:r>
        <w:rPr>
          <w:b w:val="0"/>
          <w:sz w:val="20"/>
        </w:rPr>
        <w:t>Anschrift: ____________________________________________________________</w:t>
      </w:r>
    </w:p>
    <w:p/>
    <w:p>
      <w:r>
        <w:rPr>
          <w:b/>
          <w:sz w:val="20"/>
        </w:rPr>
        <w:t>Empfänger:</w:t>
      </w:r>
    </w:p>
    <w:p>
      <w:r>
        <w:rPr>
          <w:b w:val="0"/>
          <w:sz w:val="20"/>
        </w:rPr>
        <w:t>Deutsche Vermögensberatung AG (DVAG)</w:t>
      </w:r>
    </w:p>
    <w:p>
      <w:r>
        <w:rPr>
          <w:b w:val="0"/>
          <w:sz w:val="20"/>
        </w:rPr>
        <w:t>Anschrift: ____________________________________________________________</w:t>
      </w:r>
    </w:p>
    <w:p/>
    <w:p>
      <w:r>
        <w:rPr>
          <w:b/>
          <w:sz w:val="20"/>
        </w:rPr>
        <w:t>Betreff:</w:t>
      </w:r>
    </w:p>
    <w:p>
      <w:r>
        <w:rPr>
          <w:b w:val="0"/>
          <w:sz w:val="20"/>
        </w:rPr>
        <w:t>Kündigung meines Arbeitsverhältnisses</w:t>
      </w:r>
    </w:p>
    <w:p/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kündige ich mein bestehendes Arbeitsverhältnis mit der Deutschen Vermögensberatung AG fristgerecht zum nächstmöglichen Zeitpunkt.</w:t>
      </w:r>
    </w:p>
    <w:p/>
    <w:p>
      <w:r>
        <w:rPr>
          <w:b w:val="0"/>
          <w:sz w:val="20"/>
        </w:rPr>
        <w:t>Bitte bestätigen Sie mir schriftlich den Erhalt dieser Kündigung sowie das Beendigungsdatum meines Arbeitsverhältnisses.</w:t>
      </w:r>
    </w:p>
    <w:p/>
    <w:p>
      <w:r>
        <w:rPr>
          <w:b w:val="0"/>
          <w:sz w:val="20"/>
        </w:rPr>
        <w:t>Ich bedanke mich für die bisherige Zusammenarbeit und wünsche dem Unternehmen weiterhin viel Erfolg.</w:t>
      </w:r>
    </w:p>
    <w:p/>
    <w:p/>
    <w:p>
      <w:r>
        <w:rPr>
          <w:b w:val="0"/>
          <w:sz w:val="20"/>
        </w:rPr>
        <w:t>Ort: ____________________________</w:t>
      </w:r>
    </w:p>
    <w:p>
      <w:r>
        <w:rPr>
          <w:b w:val="0"/>
          <w:sz w:val="20"/>
        </w:rPr>
        <w:t>Datum: 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Unterschrift: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br/>
              <w:br/>
              <w:t>___________________________________________________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https://versicherungen-experte.com/dvag-kundigen-als-arbeitnehmer/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https://versicherungen-experte.com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versicherungen-experte.com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ersicherungen-experte.com/dvag-kundigen-als-arbeitnehmer/" TargetMode="External"/><Relationship Id="rId10" Type="http://schemas.openxmlformats.org/officeDocument/2006/relationships/hyperlink" Target="https://versicherungen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