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INFORMATIONSSCHREIBEN ZUR GERÜST- UND HAUSRATVERSICHERUNG</w:t>
      </w:r>
    </w:p>
    <w:p/>
    <w:p/>
    <w:p>
      <w:r>
        <w:rPr>
          <w:b w:val="0"/>
          <w:sz w:val="20"/>
        </w:rPr>
        <w:t>Sehr geehrte Damen und Herren,</w:t>
      </w:r>
    </w:p>
    <w:p/>
    <w:p>
      <w:r>
        <w:rPr>
          <w:b w:val="0"/>
          <w:sz w:val="20"/>
        </w:rPr>
        <w:t>mit diesem Schreiben möchten wir Sie umfassend über den Abschluss und die Bedingungen Ihrer Gerüst- und Hausratversicherung informieren. Bitte lesen Sie die nachfolgenden Informationen sorgfältig durch und füllen Sie die erforderlichen Angaben vollständig aus.</w:t>
      </w:r>
    </w:p>
    <w:p/>
    <w:p/>
    <w:p>
      <w:r>
        <w:rPr>
          <w:b/>
          <w:sz w:val="20"/>
        </w:rPr>
        <w:t>Versicherungsnehmer:</w:t>
      </w:r>
    </w:p>
    <w:p>
      <w:r>
        <w:rPr>
          <w:b w:val="0"/>
          <w:sz w:val="20"/>
        </w:rPr>
        <w:t>Name: _____________________________________________________________</w:t>
      </w:r>
    </w:p>
    <w:p>
      <w:r>
        <w:rPr>
          <w:b w:val="0"/>
          <w:sz w:val="20"/>
        </w:rPr>
        <w:t>Anschrift: __________________________________________________________</w:t>
      </w:r>
    </w:p>
    <w:p>
      <w:r>
        <w:rPr>
          <w:b w:val="0"/>
          <w:sz w:val="20"/>
        </w:rPr>
        <w:t>Telefon: ____________________________________________________________</w:t>
      </w:r>
    </w:p>
    <w:p>
      <w:r>
        <w:rPr>
          <w:b w:val="0"/>
          <w:sz w:val="20"/>
        </w:rPr>
        <w:t>E-Mail: ____________________________________________________________</w:t>
      </w:r>
    </w:p>
    <w:p/>
    <w:p>
      <w:r>
        <w:rPr>
          <w:b/>
          <w:sz w:val="20"/>
        </w:rPr>
        <w:t>Versicherungsanbieter:</w:t>
      </w:r>
    </w:p>
    <w:p>
      <w:r>
        <w:rPr>
          <w:b w:val="0"/>
          <w:sz w:val="20"/>
        </w:rPr>
        <w:t>Name der Gesellschaft: _______________________________________________</w:t>
      </w:r>
    </w:p>
    <w:p>
      <w:r>
        <w:rPr>
          <w:b w:val="0"/>
          <w:sz w:val="20"/>
        </w:rPr>
        <w:t>Adresse: ____________________________________________________________</w:t>
      </w:r>
    </w:p>
    <w:p>
      <w:r>
        <w:rPr>
          <w:b w:val="0"/>
          <w:sz w:val="20"/>
        </w:rPr>
        <w:t>Telefon: ____________________________________________________________</w:t>
      </w:r>
    </w:p>
    <w:p/>
    <w:p>
      <w:r>
        <w:rPr>
          <w:b/>
          <w:sz w:val="20"/>
        </w:rPr>
        <w:t>Versicherte Objekte und Risiken:</w:t>
      </w:r>
    </w:p>
    <w:p>
      <w:r>
        <w:rPr>
          <w:b/>
          <w:sz w:val="20"/>
        </w:rPr>
        <w:t>1. Gerüstversicherung:</w:t>
      </w:r>
    </w:p>
    <w:p>
      <w:r>
        <w:rPr>
          <w:b w:val="0"/>
          <w:sz w:val="20"/>
        </w:rPr>
        <w:t xml:space="preserve">   - Versicherungssumme: ________________________________________________</w:t>
      </w:r>
    </w:p>
    <w:p>
      <w:r>
        <w:rPr>
          <w:b w:val="0"/>
          <w:sz w:val="20"/>
        </w:rPr>
        <w:t xml:space="preserve">   - Versicherte Gefahren: _______________________________________________</w:t>
      </w:r>
    </w:p>
    <w:p>
      <w:r>
        <w:rPr>
          <w:b w:val="0"/>
          <w:sz w:val="20"/>
        </w:rPr>
        <w:t xml:space="preserve">   - Versicherungsort: _________________________________________________</w:t>
      </w:r>
    </w:p>
    <w:p/>
    <w:p>
      <w:r>
        <w:rPr>
          <w:b/>
          <w:sz w:val="20"/>
        </w:rPr>
        <w:t>2. Hausratversicherung:</w:t>
      </w:r>
    </w:p>
    <w:p>
      <w:r>
        <w:rPr>
          <w:b w:val="0"/>
          <w:sz w:val="20"/>
        </w:rPr>
        <w:t xml:space="preserve">   - Versicherungssumme: ________________________________________________</w:t>
      </w:r>
    </w:p>
    <w:p>
      <w:r>
        <w:rPr>
          <w:b w:val="0"/>
          <w:sz w:val="20"/>
        </w:rPr>
        <w:t xml:space="preserve">   - Versicherte Gefahren: _______________________________________________</w:t>
      </w:r>
    </w:p>
    <w:p>
      <w:r>
        <w:rPr>
          <w:b w:val="0"/>
          <w:sz w:val="20"/>
        </w:rPr>
        <w:t xml:space="preserve">   - Versicherungsort: _________________________________________________</w:t>
      </w:r>
    </w:p>
    <w:p/>
    <w:p>
      <w:r>
        <w:rPr>
          <w:b/>
          <w:sz w:val="20"/>
        </w:rPr>
        <w:t>Wichtige Hinweise zu den Versicherungsbedingungen:</w:t>
      </w:r>
    </w:p>
    <w:p>
      <w:r>
        <w:rPr>
          <w:b w:val="0"/>
          <w:sz w:val="20"/>
        </w:rPr>
        <w:t>Die Versicherung deckt Schäden ab, die durch die versicherten Gefahren an den oben genannten Objekten entstehen. Bitte beachten Sie, dass bestimmte Schäden ausgeschlossen sein können. Die genauen Bedingungen entnehmen Sie bitte den Versicherungsunterlagen.</w:t>
      </w:r>
    </w:p>
    <w:p/>
    <w:p>
      <w:r>
        <w:rPr>
          <w:b/>
          <w:sz w:val="20"/>
        </w:rPr>
        <w:t>Pflichten des Versicherungsnehmers:</w:t>
      </w:r>
    </w:p>
    <w:p>
      <w:r>
        <w:rPr>
          <w:b w:val="0"/>
          <w:sz w:val="20"/>
        </w:rPr>
        <w:t>Der Versicherungsnehmer ist verpflichtet, alle relevanten Angaben vollständig und wahrheitsgemäß zu machen und im Schadensfall unverzüglich zu informieren. Eine Verletzung der Mitwirkungspflichten kann zu Leistungskürzungen oder -verweigerungen führen.</w:t>
      </w:r>
    </w:p>
    <w:p/>
    <w:p>
      <w:r>
        <w:rPr>
          <w:b/>
          <w:sz w:val="20"/>
        </w:rPr>
        <w:t>Schadensmeldung und Kontakt:</w:t>
      </w:r>
    </w:p>
    <w:p>
      <w:r>
        <w:rPr>
          <w:b w:val="0"/>
          <w:sz w:val="20"/>
        </w:rPr>
        <w:t>Im Falle eines Schadens setzen Sie sich bitte umgehend mit dem Versicherungsanbieter in Verbindung. Folgende Angaben sind bei der Meldung hilfreich:</w:t>
      </w:r>
    </w:p>
    <w:p>
      <w:r>
        <w:rPr>
          <w:b w:val="0"/>
          <w:sz w:val="20"/>
        </w:rPr>
        <w:t>- Versicherungsnummer: ________________________________________________</w:t>
      </w:r>
    </w:p>
    <w:p>
      <w:r>
        <w:rPr>
          <w:b w:val="0"/>
          <w:sz w:val="20"/>
        </w:rPr>
        <w:t>- Schadensumfang: _____________________________________________________</w:t>
      </w:r>
    </w:p>
    <w:p>
      <w:r>
        <w:rPr>
          <w:b w:val="0"/>
          <w:sz w:val="20"/>
        </w:rPr>
        <w:t>- Datum und Ursache des Schadens: ______________________________________</w:t>
      </w:r>
    </w:p>
    <w:p>
      <w:r>
        <w:rPr>
          <w:b w:val="0"/>
          <w:sz w:val="20"/>
        </w:rPr>
        <w:t>- Fotos oder weitere Belege: ___________________________________________</w:t>
      </w:r>
    </w:p>
    <w:p/>
    <w:p>
      <w:r>
        <w:rPr>
          <w:b/>
          <w:sz w:val="20"/>
        </w:rPr>
        <w:t>Datenschutzhinweis:</w:t>
      </w:r>
    </w:p>
    <w:p>
      <w:r>
        <w:rPr>
          <w:b w:val="0"/>
          <w:sz w:val="20"/>
        </w:rPr>
        <w:t>Die im Rahmen der Versicherung erhobenen Daten werden ausschließlich zur Vertragsabwicklung und Schadenbearbeitung verwendet und gemäß den geltenden Datenschutzgesetzen behandelt.</w:t>
      </w:r>
    </w:p>
    <w:p/>
    <w:p>
      <w:r>
        <w:rPr>
          <w:b w:val="0"/>
          <w:sz w:val="20"/>
        </w:rPr>
        <w:t>Für weitere Fragen stehen wir Ihnen jederzeit gerne zur Verfügung.</w:t>
      </w:r>
    </w:p>
    <w:p/>
    <w:p/>
    <w:p>
      <w:r>
        <w:rPr>
          <w:b w:val="0"/>
          <w:sz w:val="20"/>
        </w:rPr>
        <w:t>Ort: _________________________________________________________________</w:t>
      </w:r>
    </w:p>
    <w:p>
      <w:r>
        <w:rPr>
          <w:b w:val="0"/>
          <w:sz w:val="20"/>
        </w:rPr>
        <w:t>Datum: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Versicherungsnehmer</w:t>
            </w:r>
          </w:p>
        </w:tc>
        <w:tc>
          <w:tcPr>
            <w:tcW w:type="dxa" w:w="4986"/>
            <w:tcBorders>
              <w:top w:val="nil"/>
              <w:left w:val="nil"/>
              <w:bottom w:val="nil"/>
              <w:right w:val="nil"/>
              <w:insideH w:val="nil"/>
              <w:insideV w:val="nil"/>
            </w:tcBorders>
          </w:tcPr>
          <w:p>
            <w:pPr>
              <w:jc w:val="center"/>
            </w:pPr>
            <w:r>
              <w:t>Versicherungsanbieter</w:t>
            </w:r>
          </w:p>
        </w:tc>
      </w:tr>
      <w:tr>
        <w:tc>
          <w:tcPr>
            <w:tcW w:type="dxa" w:w="4986"/>
            <w:tcBorders>
              <w:top w:val="nil"/>
              <w:left w:val="nil"/>
              <w:bottom w:val="nil"/>
              <w:right w:val="nil"/>
              <w:insideH w:val="nil"/>
              <w:insideV w:val="nil"/>
            </w:tcBorders>
          </w:tcPr>
          <w:p>
            <w:pPr>
              <w:jc w:val="center"/>
            </w:pPr>
            <w:r>
              <w:br/>
              <w:br/>
              <w:t>Unterschrift: ______________________________</w:t>
            </w:r>
          </w:p>
        </w:tc>
        <w:tc>
          <w:tcPr>
            <w:tcW w:type="dxa" w:w="4986"/>
            <w:tcBorders>
              <w:top w:val="nil"/>
              <w:left w:val="nil"/>
              <w:bottom w:val="nil"/>
              <w:right w:val="nil"/>
              <w:insideH w:val="nil"/>
              <w:insideV w:val="nil"/>
            </w:tcBorders>
          </w:tcPr>
          <w:p>
            <w:pPr>
              <w:jc w:val="center"/>
            </w:pPr>
            <w:r>
              <w:br/>
              <w:br/>
              <w:t>Unterschrift: 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https://versicherungen-experte.com/gerust-hausratversicherung-informieren-schreiben/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https://versicherungen-experte.com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versicherungen-experte.com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sicherungen-experte.com/gerust-hausratversicherung-informieren-schreiben/" TargetMode="External"/><Relationship Id="rId10" Type="http://schemas.openxmlformats.org/officeDocument/2006/relationships/hyperlink" Target="https://versicher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