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GERÜSTVERSICHERUNG - MELDUNG</w:t>
      </w:r>
    </w:p>
    <w:p/>
    <w:p/>
    <w:p>
      <w:r>
        <w:rPr>
          <w:b/>
          <w:sz w:val="24"/>
        </w:rPr>
        <w:t>1. Versicherungsnehmer / Bauherr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4"/>
        </w:rPr>
        <w:t>2. Versicherter Betrieb / Gerüstbauer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Telefon:</w:t>
      </w:r>
    </w:p>
    <w:p>
      <w:r>
        <w:rPr>
          <w:b w:val="0"/>
          <w:sz w:val="20"/>
        </w:rPr>
        <w:t>E-Mail:</w:t>
      </w:r>
    </w:p>
    <w:p/>
    <w:p>
      <w:r>
        <w:rPr>
          <w:b/>
          <w:sz w:val="24"/>
        </w:rPr>
        <w:t>3. Objektadresse</w:t>
      </w:r>
    </w:p>
    <w:p>
      <w:r>
        <w:rPr>
          <w:b w:val="0"/>
          <w:sz w:val="20"/>
        </w:rPr>
        <w:t>Straße / Hausnummer:</w:t>
      </w:r>
    </w:p>
    <w:p>
      <w:r>
        <w:rPr>
          <w:b w:val="0"/>
          <w:sz w:val="20"/>
        </w:rPr>
        <w:t>PLZ / Ort:</w:t>
      </w:r>
    </w:p>
    <w:p/>
    <w:p>
      <w:r>
        <w:rPr>
          <w:b/>
          <w:sz w:val="24"/>
        </w:rPr>
        <w:t>4. Angaben zum Gerüst</w:t>
      </w:r>
    </w:p>
    <w:p>
      <w:r>
        <w:rPr>
          <w:b w:val="0"/>
          <w:sz w:val="20"/>
        </w:rPr>
        <w:t>Gerüstart:</w:t>
      </w:r>
    </w:p>
    <w:p>
      <w:r>
        <w:rPr>
          <w:b w:val="0"/>
          <w:sz w:val="20"/>
        </w:rPr>
        <w:t>Gerüsthöhe (m):</w:t>
      </w:r>
    </w:p>
    <w:p>
      <w:r>
        <w:rPr>
          <w:b w:val="0"/>
          <w:sz w:val="20"/>
        </w:rPr>
        <w:t>Gerüstfläche (m²):</w:t>
      </w:r>
    </w:p>
    <w:p>
      <w:r>
        <w:rPr>
          <w:b w:val="0"/>
          <w:sz w:val="20"/>
        </w:rPr>
        <w:t>Aufstellungszeitraum von:              bis:</w:t>
      </w:r>
    </w:p>
    <w:p/>
    <w:p>
      <w:r>
        <w:rPr>
          <w:b/>
          <w:sz w:val="24"/>
        </w:rPr>
        <w:t>5. Beschreibung der Baumaßnahme</w:t>
      </w:r>
    </w:p>
    <w:p>
      <w:r>
        <w:rPr>
          <w:b w:val="0"/>
          <w:sz w:val="20"/>
        </w:rPr>
      </w:r>
    </w:p>
    <w:p/>
    <w:p>
      <w:r>
        <w:rPr>
          <w:b/>
          <w:sz w:val="24"/>
        </w:rPr>
        <w:t>6. Versicherungsschutz</w:t>
      </w:r>
    </w:p>
    <w:p>
      <w:r>
        <w:rPr>
          <w:b w:val="0"/>
          <w:sz w:val="20"/>
        </w:rPr>
        <w:t>Versicherte Risiken (z.B. Haftpflicht, Vollkasko):</w:t>
      </w:r>
    </w:p>
    <w:p>
      <w:r>
        <w:rPr>
          <w:b w:val="0"/>
          <w:sz w:val="20"/>
        </w:rPr>
      </w:r>
    </w:p>
    <w:p/>
    <w:p>
      <w:r>
        <w:rPr>
          <w:b/>
          <w:sz w:val="24"/>
        </w:rPr>
        <w:t>7. Besondere Vereinbarungen / Hinweise</w:t>
      </w:r>
    </w:p>
    <w:p>
      <w:r>
        <w:rPr>
          <w:b w:val="0"/>
          <w:sz w:val="20"/>
        </w:rPr>
      </w:r>
    </w:p>
    <w:p/>
    <w:p/>
    <w:p>
      <w:r>
        <w:rPr>
          <w:b/>
          <w:sz w:val="24"/>
        </w:rPr>
        <w:t>8. Unterschriften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Versicherungsnehmer / Bauherr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Versicherter Betrieb / Gerüstbauer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Name, Datum: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Name, Datum: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https://versicherungen-experte.com/gerust-versicherung-melden/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https://versicherungen-experte.com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versicherungen-experte.com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ersicherungen-experte.com/gerust-versicherung-melden/" TargetMode="External"/><Relationship Id="rId10" Type="http://schemas.openxmlformats.org/officeDocument/2006/relationships/hyperlink" Target="https://versicher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