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KÜNDIGUNG DER PFLEGEVERSICHERUNG</w:t>
      </w:r>
    </w:p>
    <w:p/>
    <w:p/>
    <w:p>
      <w:r>
        <w:rPr>
          <w:b/>
          <w:sz w:val="22"/>
        </w:rPr>
        <w:t>Versicherungsnehmer: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/>
    <w:p>
      <w:r>
        <w:rPr>
          <w:b/>
          <w:sz w:val="22"/>
        </w:rPr>
        <w:t>Versicherungsgesellschaft: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Kündigung meiner Pflegeversicherung</w:t>
      </w:r>
    </w:p>
    <w:p/>
    <w:p/>
    <w:p>
      <w:r>
        <w:rPr>
          <w:b w:val="0"/>
          <w:sz w:val="22"/>
        </w:rPr>
        <w:t>Hiermit kündige ich meine bestehende Pflegeversicherung fristgerecht zum nächstmöglichen Zeitpunkt.</w:t>
      </w:r>
    </w:p>
    <w:p>
      <w:r>
        <w:rPr>
          <w:b w:val="0"/>
          <w:sz w:val="22"/>
        </w:rPr>
        <w:t>Bitte bestätigen Sie mir schriftlich den Erhalt dieser Kündigung sowie das Datum der Vertragsbeendigung.</w:t>
      </w:r>
    </w:p>
    <w:p/>
    <w:p/>
    <w:p>
      <w:r>
        <w:rPr>
          <w:b w:val="0"/>
          <w:sz w:val="22"/>
        </w:rPr>
        <w:t>Etwaige zu viel gezahlte Beiträge bitte ich mir zurückzuerstatten.</w:t>
      </w:r>
    </w:p>
    <w:p/>
    <w:p/>
    <w:p>
      <w:r>
        <w:rPr>
          <w:b w:val="0"/>
          <w:sz w:val="22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br/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br/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https://versicherungen-experte.com/kundigung-pflegeversicherung/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https://versicherungen-experte.com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versicherungen-experte.com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sicherungen-experte.com/kundigung-pflegeversicherung/" TargetMode="External"/><Relationship Id="rId10" Type="http://schemas.openxmlformats.org/officeDocument/2006/relationships/hyperlink" Target="https://versicher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