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SCHREIBEN AN DIE ZAHNZUSATZVERSICHERUNG ZUR KOSTENÜBERNAHME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>
      <w:r>
        <w:rPr>
          <w:b w:val="0"/>
          <w:sz w:val="22"/>
        </w:rPr>
        <w:t>Versicherungsnummer: ______________________________________________</w:t>
      </w:r>
    </w:p>
    <w:p/>
    <w:p/>
    <w:p>
      <w:r>
        <w:rPr>
          <w:b/>
          <w:sz w:val="22"/>
        </w:rPr>
        <w:t>Empfänger (Versicherung):</w:t>
      </w:r>
    </w:p>
    <w:p>
      <w:r>
        <w:rPr>
          <w:b w:val="0"/>
          <w:sz w:val="22"/>
        </w:rPr>
        <w:t>Name der Versicherung: ____________________________________________</w:t>
      </w:r>
    </w:p>
    <w:p>
      <w:r>
        <w:rPr>
          <w:b w:val="0"/>
          <w:sz w:val="22"/>
        </w:rPr>
        <w:t>Abteilung / Ansprechpartner: _______________________________________</w:t>
      </w:r>
    </w:p>
    <w:p>
      <w:r>
        <w:rPr>
          <w:b w:val="0"/>
          <w:sz w:val="22"/>
        </w:rPr>
        <w:t>Adresse: __________________________________________________________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Kostenübernahme für zahnärztliche Behandlung / Zahnzusatzversicherung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reiche ich die Rechnung für die zahnärztliche Behandlung ein und bitte um Überprüfung und Übernahme der entstandenen Kosten im Rahmen meiner Zahnzusatzversicherung.</w:t>
      </w:r>
    </w:p>
    <w:p/>
    <w:p>
      <w:r>
        <w:rPr>
          <w:b/>
          <w:sz w:val="22"/>
        </w:rPr>
        <w:t>Behandlungsdetails:</w:t>
      </w:r>
    </w:p>
    <w:p>
      <w:r>
        <w:rPr>
          <w:b w:val="0"/>
          <w:sz w:val="22"/>
        </w:rPr>
        <w:t>Behandlungsdatum: _________________________________________________</w:t>
      </w:r>
    </w:p>
    <w:p>
      <w:r>
        <w:rPr>
          <w:b w:val="0"/>
          <w:sz w:val="22"/>
        </w:rPr>
        <w:t>Behandelnder Zahnarzt: ____________________________________________</w:t>
      </w:r>
    </w:p>
    <w:p>
      <w:r>
        <w:rPr>
          <w:b w:val="0"/>
          <w:sz w:val="22"/>
        </w:rPr>
        <w:t>Behandlung / Leistung: _____________________________________________</w:t>
      </w:r>
    </w:p>
    <w:p>
      <w:r>
        <w:rPr>
          <w:b w:val="0"/>
          <w:sz w:val="22"/>
        </w:rPr>
        <w:t>Rechnungsnummer: _________________________________________________</w:t>
      </w:r>
    </w:p>
    <w:p>
      <w:r>
        <w:rPr>
          <w:b w:val="0"/>
          <w:sz w:val="22"/>
        </w:rPr>
        <w:t>Rechnungsbetrag: __________________________________________________</w:t>
      </w:r>
    </w:p>
    <w:p/>
    <w:p>
      <w:r>
        <w:rPr>
          <w:b w:val="0"/>
          <w:sz w:val="22"/>
        </w:rPr>
        <w:t>Ich bitte um zeitnahe Bearbeitung und Überweisung des erstattungsfähigen Betrags auf mein bekanntes Konto.</w:t>
      </w:r>
    </w:p>
    <w:p/>
    <w:p>
      <w:r>
        <w:rPr>
          <w:b w:val="0"/>
          <w:sz w:val="22"/>
        </w:rPr>
        <w:t>Mit der Einreichung erkläre ich, dass die Angaben wahrheitsgemäß und vollständig sind und die Rechnung nicht bereits erstattet wurde.</w:t>
      </w:r>
    </w:p>
    <w:p/>
    <w:p/>
    <w:p>
      <w:r>
        <w:rPr>
          <w:b w:val="0"/>
          <w:sz w:val="22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Versicherungsnehmer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https://versicherungen-experte.com/schreiben-an-zahnzusatzversicherung-kostenubernahme/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schreiben-an-zahnzusatzversicherung-kostenubernahme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