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AUSZAHLUNG DER VERSICHERUNGSLEISTUNG</w:t>
      </w:r>
    </w:p>
    <w:p/>
    <w:p/>
    <w:p>
      <w:r>
        <w:rPr>
          <w:b/>
          <w:sz w:val="22"/>
        </w:rPr>
        <w:t>Versicherungsunternehmen: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Adresse: __________________________________________________________</w:t>
      </w:r>
    </w:p>
    <w:p/>
    <w:p>
      <w:r>
        <w:rPr>
          <w:b/>
          <w:sz w:val="22"/>
        </w:rPr>
        <w:t>Versicherungsnehmer: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Geburtsdatum: ____________________________________________________</w:t>
      </w:r>
    </w:p>
    <w:p/>
    <w:p>
      <w:r>
        <w:rPr>
          <w:b/>
          <w:sz w:val="22"/>
        </w:rPr>
        <w:t>Versicherungsnummer: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Schadensfall / Grund der Auszahlung: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</w:t>
      </w:r>
    </w:p>
    <w:p/>
    <w:p>
      <w:r>
        <w:rPr>
          <w:b/>
          <w:sz w:val="22"/>
        </w:rPr>
        <w:t>Hiermit beantrage ich die Auszahlung der Versicherungsleistung gemäß den Bedingungen meiner Versicherungspolice.</w:t>
      </w:r>
    </w:p>
    <w:p>
      <w:r>
        <w:rPr>
          <w:b w:val="0"/>
          <w:sz w:val="22"/>
        </w:rPr>
        <w:t>Ich versichere, dass alle Angaben wahrheitsgemäß, vollständig und richtig sind.</w:t>
      </w:r>
    </w:p>
    <w:p>
      <w:r>
        <w:rPr>
          <w:b w:val="0"/>
          <w:sz w:val="22"/>
        </w:rPr>
        <w:t>Ich bin damit einverstanden, dass das Versicherungsunternehmen die zur Prüfung notwendigen Daten verarbeitet.</w:t>
      </w:r>
    </w:p>
    <w:p/>
    <w:p>
      <w:r>
        <w:rPr>
          <w:b/>
          <w:sz w:val="22"/>
        </w:rPr>
        <w:t>Bankverbindung für die Auszahlung:</w:t>
      </w:r>
    </w:p>
    <w:p>
      <w:r>
        <w:rPr>
          <w:b w:val="0"/>
          <w:sz w:val="22"/>
        </w:rPr>
        <w:t>Kontoinhaber: ____________________________________________________</w:t>
      </w:r>
    </w:p>
    <w:p>
      <w:r>
        <w:rPr>
          <w:b w:val="0"/>
          <w:sz w:val="22"/>
        </w:rPr>
        <w:t>IBAN: ____________________________________________________________</w:t>
      </w:r>
    </w:p>
    <w:p>
      <w:r>
        <w:rPr>
          <w:b w:val="0"/>
          <w:sz w:val="22"/>
        </w:rPr>
        <w:t>BIC: _____________________________________________________________</w:t>
      </w:r>
    </w:p>
    <w:p/>
    <w:p/>
    <w:p>
      <w:r>
        <w:rPr>
          <w:b w:val="0"/>
          <w:sz w:val="22"/>
        </w:rPr>
        <w:t>Ort: ______________________________________________________________</w:t>
      </w:r>
    </w:p>
    <w:p>
      <w:r>
        <w:rPr>
          <w:b/>
          <w:sz w:val="22"/>
        </w:rPr>
        <w:t>Unterschrift des Versicherungsnehmers:</w:t>
      </w:r>
    </w:p>
    <w:p>
      <w:r>
        <w:rPr>
          <w:b w:val="0"/>
          <w:sz w:val="22"/>
        </w:rPr>
        <w:t>__________________________________________________________________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Versicherungsunternehmen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2"/>
              </w:rPr>
              <w:br/>
              <w:br/>
              <w:t>Unterschrift: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2"/>
              </w:rPr>
              <w:br/>
              <w:br/>
              <w:t>Unterschrift: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https://versicherungen-experte.com/versicherung-auszahlen-lassen-brief/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versicherung-auszahlen-lassen-brief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