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VERZICHTSERKLÄRUNG BEZÜGLICH EINER HAFTPFLICHTANS- SPRACHE NACH AUTOUNFALL</w:t>
      </w:r>
    </w:p>
    <w:p/>
    <w:p/>
    <w:p>
      <w:r>
        <w:rPr>
          <w:b/>
          <w:sz w:val="22"/>
        </w:rPr>
        <w:t>Beteiligter 1 (Geschädigter):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>
      <w:r>
        <w:rPr>
          <w:b w:val="0"/>
          <w:sz w:val="22"/>
        </w:rPr>
        <w:t>Fahrzeugkennzeichen: _______________________________________________</w:t>
      </w:r>
    </w:p>
    <w:p/>
    <w:p>
      <w:r>
        <w:rPr>
          <w:b/>
          <w:sz w:val="22"/>
        </w:rPr>
        <w:t>Beteiligter 2 (Schädiger):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>
      <w:r>
        <w:rPr>
          <w:b w:val="0"/>
          <w:sz w:val="22"/>
        </w:rPr>
        <w:t>Fahrzeugkennzeichen: _______________________________________________</w:t>
      </w:r>
    </w:p>
    <w:p/>
    <w:p>
      <w:r>
        <w:rPr>
          <w:b/>
          <w:sz w:val="22"/>
        </w:rPr>
        <w:t>Unfallhergang: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/>
    <w:p>
      <w:r>
        <w:rPr>
          <w:b/>
          <w:sz w:val="22"/>
        </w:rPr>
        <w:t>§ 1 – Verzicht auf Haftpflichtansprüche</w:t>
      </w:r>
    </w:p>
    <w:p>
      <w:r>
        <w:rPr>
          <w:b w:val="0"/>
          <w:sz w:val="22"/>
        </w:rPr>
        <w:t>Hiermit verzichtet der Geschädigte gegenüber dem Schädiger ausdrücklich und unwiderruflich auf sämtliche gegenwärtigen und zukünftigen Haftpflichtansprüche aus dem oben bezeichneten Autounfall, einschließlich aller daraus resultierenden Schadensersatz-, Schmerzensgeld- und sonstigen Ansprüche.</w:t>
      </w:r>
    </w:p>
    <w:p/>
    <w:p>
      <w:r>
        <w:rPr>
          <w:b/>
          <w:sz w:val="22"/>
        </w:rPr>
        <w:t>§ 2 – Vollständige Erfüllung</w:t>
      </w:r>
    </w:p>
    <w:p>
      <w:r>
        <w:rPr>
          <w:b w:val="0"/>
          <w:sz w:val="22"/>
        </w:rPr>
        <w:t>Mit Unterzeichnung dieser Verzichtserklärung erkennt der Geschädigte an, dass sämtliche ihm zustehenden Ansprüche mit dieser Erklärung abgegolten sind und keine weiteren Forderungen geltend gemacht werden.</w:t>
      </w:r>
    </w:p>
    <w:p/>
    <w:p>
      <w:r>
        <w:rPr>
          <w:b/>
          <w:sz w:val="22"/>
        </w:rPr>
        <w:t>§ 3 – Rechtsfolgen</w:t>
      </w:r>
    </w:p>
    <w:p>
      <w:r>
        <w:rPr>
          <w:b w:val="0"/>
          <w:sz w:val="22"/>
        </w:rPr>
        <w:t>Der Verzicht gilt ausschließlich für den genannten Unfallfall und schließt eine spätere Geltendmachung dieser Ansprüche aus. Die Erklärung erfolgt freiwillig und ohne Zwang.</w:t>
      </w:r>
    </w:p>
    <w:p/>
    <w:p>
      <w:r>
        <w:rPr>
          <w:b/>
          <w:sz w:val="22"/>
        </w:rPr>
        <w:t>§ 4 – Salvatorische Klausel</w:t>
      </w:r>
    </w:p>
    <w:p>
      <w:r>
        <w:rPr>
          <w:b w:val="0"/>
          <w:sz w:val="22"/>
        </w:rPr>
        <w:t>Sollten einzelne Bestimmungen dieser Erklärung unwirksam sein, bleibt die Wirksamkeit der übrigen Bestimmungen unberührt. Anstelle der unwirksamen Bestimmung gilt eine solche Regelung, die dem wirtschaftlich Gewollten am nächsten kommt.</w:t>
      </w:r>
    </w:p>
    <w:p/>
    <w:p/>
    <w:p>
      <w:r>
        <w:rPr>
          <w:b w:val="0"/>
          <w:sz w:val="22"/>
        </w:rPr>
        <w:t>Ort: ___________________________________________</w:t>
      </w:r>
    </w:p>
    <w:p>
      <w:r>
        <w:rPr>
          <w:b w:val="0"/>
          <w:sz w:val="22"/>
        </w:rPr>
        <w:t>Datum: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Geschädigter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Schädiger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https://versicherungen-experte.com/verzichtserklarung-autounfall/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verzichtserklarung-autounfall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