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KÜNDIGUNG DER VGH VERSICHERUNG</w:t>
      </w:r>
    </w:p>
    <w:p/>
    <w:p/>
    <w:p>
      <w:r>
        <w:rPr>
          <w:b/>
          <w:sz w:val="24"/>
        </w:rPr>
        <w:t>Absender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Versicherungsnummer:</w:t>
      </w:r>
    </w:p>
    <w:p/>
    <w:p>
      <w:r>
        <w:rPr>
          <w:b/>
          <w:sz w:val="24"/>
        </w:rPr>
        <w:t>Empfänger</w:t>
      </w:r>
    </w:p>
    <w:p>
      <w:r>
        <w:rPr>
          <w:b w:val="0"/>
          <w:sz w:val="22"/>
        </w:rPr>
        <w:t>VGH Versicherungen</w:t>
      </w:r>
    </w:p>
    <w:p>
      <w:r>
        <w:rPr>
          <w:b w:val="0"/>
          <w:sz w:val="22"/>
        </w:rPr>
        <w:t>Postfach 10 23 37</w:t>
      </w:r>
    </w:p>
    <w:p>
      <w:r>
        <w:rPr>
          <w:b w:val="0"/>
          <w:sz w:val="22"/>
        </w:rPr>
        <w:t>30023 Hannover</w:t>
      </w:r>
    </w:p>
    <w:p/>
    <w:p/>
    <w:p>
      <w:r>
        <w:rPr>
          <w:b/>
          <w:sz w:val="22"/>
        </w:rPr>
        <w:t>Betreff: Kündigung meiner Versicherung</w:t>
      </w:r>
    </w:p>
    <w:p/>
    <w:p>
      <w:r>
        <w:rPr>
          <w:b w:val="0"/>
          <w:sz w:val="22"/>
        </w:rPr>
        <w:t>Hiermit kündige ich meine bei Ihnen bestehende Versicherung mit der oben genannten Versicherungsnummer fristgerecht zum nächstmöglichen Zeitpunkt.</w:t>
      </w:r>
    </w:p>
    <w:p/>
    <w:p>
      <w:r>
        <w:rPr>
          <w:b w:val="0"/>
          <w:sz w:val="22"/>
        </w:rPr>
        <w:t>Ich bitte um eine schriftliche Bestätigung der Kündigung unter Angabe des Beendigungszeitpunktes.</w:t>
      </w:r>
    </w:p>
    <w:p/>
    <w:p/>
    <w:p>
      <w:r>
        <w:rPr>
          <w:b w:val="0"/>
          <w:sz w:val="22"/>
        </w:rPr>
        <w:t>Bitte sehen Sie von Rückwerbeversuchen ab.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https://versicherungen-experte.com/vgh-versicherung-kundigen/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vgh-versicherung-kundigen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