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FORDERUNG AUF WERTMINDERUNG NACH UNFALL</w:t>
      </w:r>
    </w:p>
    <w:p/>
    <w:p>
      <w:r>
        <w:rPr>
          <w:b/>
          <w:sz w:val="20"/>
        </w:rPr>
        <w:t>Absender:</w:t>
      </w:r>
    </w:p>
    <w:p>
      <w:r>
        <w:rPr>
          <w:b w:val="0"/>
          <w:sz w:val="20"/>
        </w:rPr>
        <w:t>Name:</w:t>
      </w:r>
    </w:p>
    <w:p>
      <w:r>
        <w:rPr>
          <w:b w:val="0"/>
          <w:sz w:val="20"/>
        </w:rPr>
        <w:t>Anschrift:</w:t>
      </w:r>
    </w:p>
    <w:p>
      <w:r>
        <w:rPr>
          <w:b w:val="0"/>
          <w:sz w:val="20"/>
        </w:rPr>
        <w:t>Telefon / E-Mail:</w:t>
      </w:r>
    </w:p>
    <w:p/>
    <w:p>
      <w:r>
        <w:rPr>
          <w:b/>
          <w:sz w:val="20"/>
        </w:rPr>
        <w:t>Empfänger:</w:t>
      </w:r>
    </w:p>
    <w:p>
      <w:r>
        <w:rPr>
          <w:b w:val="0"/>
          <w:sz w:val="20"/>
        </w:rPr>
        <w:t>Name / Firma:</w:t>
      </w:r>
    </w:p>
    <w:p>
      <w:r>
        <w:rPr>
          <w:b w:val="0"/>
          <w:sz w:val="20"/>
        </w:rPr>
        <w:t>Anschrift:</w:t>
      </w:r>
    </w:p>
    <w:p/>
    <w:p>
      <w:r>
        <w:rPr>
          <w:b/>
          <w:sz w:val="20"/>
        </w:rPr>
        <w:t>Fahrzeugdaten:</w:t>
      </w:r>
    </w:p>
    <w:p>
      <w:r>
        <w:rPr>
          <w:b w:val="0"/>
          <w:sz w:val="20"/>
        </w:rPr>
        <w:t>Fahrzeughersteller / Modell:</w:t>
      </w:r>
    </w:p>
    <w:p>
      <w:r>
        <w:rPr>
          <w:b w:val="0"/>
          <w:sz w:val="20"/>
        </w:rPr>
        <w:t>Kennzeichen:</w:t>
      </w:r>
    </w:p>
    <w:p>
      <w:r>
        <w:rPr>
          <w:b w:val="0"/>
          <w:sz w:val="20"/>
        </w:rPr>
        <w:t>Fahrgestellnummer (VIN):</w:t>
      </w:r>
    </w:p>
    <w:p/>
    <w:p>
      <w:r>
        <w:rPr>
          <w:b w:val="0"/>
          <w:sz w:val="20"/>
        </w:rPr>
        <w:t>Unfalldatum:</w:t>
      </w:r>
    </w:p>
    <w:p>
      <w:r>
        <w:rPr>
          <w:b w:val="0"/>
          <w:sz w:val="20"/>
        </w:rPr>
        <w:t>Unfallort:</w:t>
      </w:r>
    </w:p>
    <w:p/>
    <w:p>
      <w:r>
        <w:rPr>
          <w:b/>
          <w:sz w:val="20"/>
        </w:rPr>
        <w:t>Sehr geehrte Damen und Herren,</w:t>
      </w:r>
    </w:p>
    <w:p/>
    <w:p>
      <w:r>
        <w:rPr>
          <w:b w:val="0"/>
          <w:sz w:val="20"/>
        </w:rPr>
        <w:t>hiermit fordere ich Sie auf, die Wertminderung meines Fahrzeugs infolge des obigen Unfalls gemäß den gesetzlichen Bestimmungen zu übernehmen. Das Fahrzeug wurde durch den Unfall in seinem Wert beeinträchtigt, obwohl die Reparatur fachgerecht durchgeführt wurde.</w:t>
      </w:r>
    </w:p>
    <w:p/>
    <w:p>
      <w:r>
        <w:rPr>
          <w:b/>
          <w:sz w:val="20"/>
        </w:rPr>
        <w:t>Die Wertminderung beträgt laut Gutachten / Schätzung:</w:t>
      </w:r>
    </w:p>
    <w:p>
      <w:r>
        <w:rPr>
          <w:b w:val="0"/>
          <w:sz w:val="20"/>
        </w:rPr>
        <w:t>Betrag in Euro: __________________________</w:t>
      </w:r>
    </w:p>
    <w:p/>
    <w:p>
      <w:r>
        <w:rPr>
          <w:b w:val="0"/>
          <w:sz w:val="20"/>
        </w:rPr>
        <w:t>Ich bitte Sie, die Zahlung der Wertminderung zu veranlassen und diese Forderung zeitnah zu erfüllen.</w:t>
      </w:r>
    </w:p>
    <w:p/>
    <w:p>
      <w:r>
        <w:rPr>
          <w:b w:val="0"/>
          <w:sz w:val="20"/>
        </w:rPr>
        <w:t>Sollten Sie Fragen haben oder weitere Unterlagen benötigen, stehe ich Ihnen gerne zur Verfügung.</w:t>
      </w:r>
    </w:p>
    <w:p/>
    <w:p/>
    <w:p>
      <w:r>
        <w:rPr>
          <w:b/>
          <w:sz w:val="20"/>
        </w:rPr>
        <w:t>Mit freundlichen Grüßen,</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Absender</w:t>
            </w:r>
          </w:p>
        </w:tc>
        <w:tc>
          <w:tcPr>
            <w:tcW w:type="dxa" w:w="4986"/>
            <w:tcBorders>
              <w:top w:val="nil"/>
              <w:left w:val="nil"/>
              <w:bottom w:val="nil"/>
              <w:right w:val="nil"/>
              <w:insideH w:val="nil"/>
              <w:insideV w:val="nil"/>
            </w:tcBorders>
          </w:tcPr>
          <w:p>
            <w:pPr>
              <w:jc w:val="center"/>
            </w:pPr>
            <w:r>
              <w:t>Empfänger / Vertreter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https://versicherungen-experte.com/wertminderung-nach-unfall-einfordern/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https://versicherungen-experte.com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versicherungen-experte.com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sicherungen-experte.com/wertminderung-nach-unfall-einfordern/" TargetMode="External"/><Relationship Id="rId10" Type="http://schemas.openxmlformats.org/officeDocument/2006/relationships/hyperlink" Target="https://versicherung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