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WILLENSERKLÄRUNG ZUR VERSICHERUNG</w:t>
      </w:r>
    </w:p>
    <w:p/>
    <w:p/>
    <w:p>
      <w:r>
        <w:rPr>
          <w:b w:val="0"/>
          <w:sz w:val="20"/>
        </w:rPr>
        <w:t>Hiermit erkläre ich,</w:t>
      </w:r>
    </w:p>
    <w:p>
      <w:r>
        <w:rPr>
          <w:b/>
          <w:sz w:val="20"/>
        </w:rPr>
        <w:t>Name: __________________________________________________________</w:t>
      </w:r>
    </w:p>
    <w:p>
      <w:r>
        <w:rPr>
          <w:b/>
          <w:sz w:val="20"/>
        </w:rPr>
        <w:t>Anschrift: _______________________________________________________</w:t>
      </w:r>
    </w:p>
    <w:p>
      <w:r>
        <w:rPr>
          <w:b/>
          <w:sz w:val="20"/>
        </w:rPr>
        <w:t>Geburtsdatum: ___________________________________________________</w:t>
      </w:r>
    </w:p>
    <w:p/>
    <w:p>
      <w:r>
        <w:rPr>
          <w:b w:val="0"/>
          <w:sz w:val="20"/>
        </w:rPr>
        <w:t>dass ich die nachfolgende Willenserklärung im Zusammenhang mit meiner Versicherung abgebe.</w:t>
      </w:r>
    </w:p>
    <w:p/>
    <w:p/>
    <w:p>
      <w:r>
        <w:rPr>
          <w:b/>
          <w:sz w:val="24"/>
        </w:rPr>
        <w:t>1. Versicherungsnehmer / Versicherte Person</w:t>
      </w:r>
    </w:p>
    <w:p>
      <w:r>
        <w:rPr>
          <w:b w:val="0"/>
          <w:sz w:val="20"/>
        </w:rPr>
        <w:t>Name: __________________________________________________________</w:t>
      </w:r>
    </w:p>
    <w:p>
      <w:r>
        <w:rPr>
          <w:b w:val="0"/>
          <w:sz w:val="20"/>
        </w:rPr>
        <w:t>Geburtsdatum: _________________________________________________</w:t>
      </w:r>
    </w:p>
    <w:p>
      <w:r>
        <w:rPr>
          <w:b w:val="0"/>
          <w:sz w:val="20"/>
        </w:rPr>
        <w:t>Anschrift: ______________________________________________________</w:t>
      </w:r>
    </w:p>
    <w:p/>
    <w:p>
      <w:r>
        <w:rPr>
          <w:b/>
          <w:sz w:val="24"/>
        </w:rPr>
        <w:t>2. Versicherungsgesellschaft</w:t>
      </w:r>
    </w:p>
    <w:p>
      <w:r>
        <w:rPr>
          <w:b w:val="0"/>
          <w:sz w:val="20"/>
        </w:rPr>
        <w:t>Name der Gesellschaft: __________________________________________</w:t>
      </w:r>
    </w:p>
    <w:p>
      <w:r>
        <w:rPr>
          <w:b w:val="0"/>
          <w:sz w:val="20"/>
        </w:rPr>
        <w:t>Versicherungsnummer: ___________________________________________</w:t>
      </w:r>
    </w:p>
    <w:p/>
    <w:p>
      <w:r>
        <w:rPr>
          <w:b/>
          <w:sz w:val="24"/>
        </w:rPr>
        <w:t>3. Gegenstand der Willenserklärung</w:t>
      </w:r>
    </w:p>
    <w:p>
      <w:r>
        <w:rPr>
          <w:b w:val="0"/>
          <w:sz w:val="20"/>
        </w:rPr>
        <w:t>Ich wünsche hiermit, dass die nachfolgend aufgeführten Änderungen / Wünsche in Bezug auf meine Versicherung berücksichtigt werden: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4"/>
        </w:rPr>
        <w:t>4. Widerruf und Rücknahme früherer Erklärungen</w:t>
      </w:r>
    </w:p>
    <w:p>
      <w:r>
        <w:rPr>
          <w:b w:val="0"/>
          <w:sz w:val="20"/>
        </w:rPr>
        <w:t>Diese Willenserklärung ersetzt alle früher abgegebenen Erklärungen, die diesem Inhalt widersprechen.</w:t>
      </w:r>
    </w:p>
    <w:p/>
    <w:p>
      <w:r>
        <w:rPr>
          <w:b/>
          <w:sz w:val="24"/>
        </w:rPr>
        <w:t>5. Rechtliche Hinweise</w:t>
      </w:r>
    </w:p>
    <w:p>
      <w:r>
        <w:rPr>
          <w:b w:val="0"/>
          <w:sz w:val="20"/>
        </w:rPr>
        <w:t>Mir ist bekannt, dass diese Erklärung verbindlich ist und rechtliche Wirkungen entfaltet. Ich versichere, dass alle Angaben wahrheitsgemäß sind.</w:t>
      </w:r>
    </w:p>
    <w:p/>
    <w:p/>
    <w:p>
      <w:r>
        <w:rPr>
          <w:b w:val="0"/>
          <w:sz w:val="20"/>
        </w:rPr>
        <w:t>Ort: _____________________________________________________________</w:t>
      </w:r>
    </w:p>
    <w:p>
      <w:r>
        <w:rPr>
          <w:b w:val="0"/>
          <w:sz w:val="20"/>
        </w:rPr>
        <w:t>Unterschrift: ____________________________________________________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Versicherungsnehmer / Versicherte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Versicherungsgesellschaft (Vertreter)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https://versicherungen-experte.com/willenserklarung-versicherung/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willenserklarung-versicherung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